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A1A2E"/>
          <w:sz w:val="38"/>
        </w:rPr>
        <w:t>IEP Data Sheets — Editable Set</w:t>
      </w:r>
    </w:p>
    <w:p>
      <w:r>
        <w:rPr>
          <w:color w:val="6B7280"/>
          <w:sz w:val="18"/>
        </w:rPr>
        <w:t>Nine data collection sheets. Delete the sheets you do not use, and rename the columns to match your district's language.</w:t>
      </w:r>
    </w:p>
    <w:p>
      <w:r>
        <w:rPr>
          <w:b/>
          <w:color w:val="6C63FF"/>
          <w:sz w:val="24"/>
        </w:rPr>
        <w:t>Discrete Trial (DTT)</w:t>
      </w:r>
    </w:p>
    <w:p>
      <w:r>
        <w:rPr>
          <w:color w:val="6B7280"/>
          <w:sz w:val="17"/>
        </w:rPr>
        <w:t>+ independent correct · − incorrect · P prompted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448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STUDENT</w:t>
            </w:r>
          </w:p>
        </w:tc>
        <w:tc>
          <w:tcPr>
            <w:tcW w:type="dxa" w:w="4032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GOAL / TARGET SKILL</w:t>
            </w:r>
          </w:p>
        </w:tc>
        <w:tc>
          <w:tcPr>
            <w:tcW w:type="dxa" w:w="14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DATE</w:t>
            </w:r>
          </w:p>
        </w:tc>
        <w:tc>
          <w:tcPr>
            <w:tcW w:type="dxa" w:w="216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STAFF</w:t>
            </w:r>
          </w:p>
        </w:tc>
      </w:tr>
      <w:tr>
        <w:tc>
          <w:tcPr>
            <w:tcW w:type="dxa" w:w="2448"/>
          </w:tcPr>
          <w:p/>
        </w:tc>
        <w:tc>
          <w:tcPr>
            <w:tcW w:type="dxa" w:w="4032"/>
          </w:tcPr>
          <w:p/>
        </w:tc>
        <w:tc>
          <w:tcPr>
            <w:tcW w:type="dxa" w:w="1440"/>
          </w:tcPr>
          <w:p/>
        </w:tc>
        <w:tc>
          <w:tcPr>
            <w:tcW w:type="dxa" w:w="2160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</w:tblGrid>
      <w:tr>
        <w:tc>
          <w:tcPr>
            <w:tcW w:type="dxa" w:w="1008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TRIAL</w:t>
            </w:r>
          </w:p>
        </w:tc>
        <w:tc>
          <w:tcPr>
            <w:tcW w:type="dxa" w:w="72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1</w:t>
            </w:r>
          </w:p>
        </w:tc>
        <w:tc>
          <w:tcPr>
            <w:tcW w:type="dxa" w:w="72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2</w:t>
            </w:r>
          </w:p>
        </w:tc>
        <w:tc>
          <w:tcPr>
            <w:tcW w:type="dxa" w:w="72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3</w:t>
            </w:r>
          </w:p>
        </w:tc>
        <w:tc>
          <w:tcPr>
            <w:tcW w:type="dxa" w:w="72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4</w:t>
            </w:r>
          </w:p>
        </w:tc>
        <w:tc>
          <w:tcPr>
            <w:tcW w:type="dxa" w:w="72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5</w:t>
            </w:r>
          </w:p>
        </w:tc>
        <w:tc>
          <w:tcPr>
            <w:tcW w:type="dxa" w:w="72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6</w:t>
            </w:r>
          </w:p>
        </w:tc>
        <w:tc>
          <w:tcPr>
            <w:tcW w:type="dxa" w:w="72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7</w:t>
            </w:r>
          </w:p>
        </w:tc>
        <w:tc>
          <w:tcPr>
            <w:tcW w:type="dxa" w:w="72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8</w:t>
            </w:r>
          </w:p>
        </w:tc>
        <w:tc>
          <w:tcPr>
            <w:tcW w:type="dxa" w:w="72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9</w:t>
            </w:r>
          </w:p>
        </w:tc>
        <w:tc>
          <w:tcPr>
            <w:tcW w:type="dxa" w:w="72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10</w:t>
            </w:r>
          </w:p>
        </w:tc>
        <w:tc>
          <w:tcPr>
            <w:tcW w:type="dxa" w:w="1152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%</w:t>
            </w:r>
          </w:p>
        </w:tc>
      </w:tr>
      <w:tr>
        <w:tc>
          <w:tcPr>
            <w:tcW w:type="dxa" w:w="1008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1152"/>
          </w:tcPr>
          <w:p/>
        </w:tc>
      </w:tr>
      <w:tr>
        <w:tc>
          <w:tcPr>
            <w:tcW w:type="dxa" w:w="1008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1152"/>
          </w:tcPr>
          <w:p/>
        </w:tc>
      </w:tr>
      <w:tr>
        <w:tc>
          <w:tcPr>
            <w:tcW w:type="dxa" w:w="1008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1152"/>
          </w:tcPr>
          <w:p/>
        </w:tc>
      </w:tr>
      <w:tr>
        <w:tc>
          <w:tcPr>
            <w:tcW w:type="dxa" w:w="1008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1152"/>
          </w:tcPr>
          <w:p/>
        </w:tc>
      </w:tr>
      <w:tr>
        <w:tc>
          <w:tcPr>
            <w:tcW w:type="dxa" w:w="1008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1152"/>
          </w:tcPr>
          <w:p/>
        </w:tc>
      </w:tr>
      <w:tr>
        <w:tc>
          <w:tcPr>
            <w:tcW w:type="dxa" w:w="1008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1152"/>
          </w:tcPr>
          <w:p/>
        </w:tc>
      </w:tr>
    </w:tbl>
    <w:p/>
    <w:p>
      <w:r>
        <w:br w:type="page"/>
      </w:r>
    </w:p>
    <w:p>
      <w:r>
        <w:rPr>
          <w:b/>
          <w:color w:val="6C63FF"/>
          <w:sz w:val="24"/>
        </w:rPr>
        <w:t>ABC Chart</w:t>
      </w:r>
    </w:p>
    <w:p>
      <w:r>
        <w:rPr>
          <w:color w:val="6B7280"/>
          <w:sz w:val="17"/>
        </w:rPr>
        <w:t>Describe, do not interpret. Two staff should picture the same event.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448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STUDENT</w:t>
            </w:r>
          </w:p>
        </w:tc>
        <w:tc>
          <w:tcPr>
            <w:tcW w:type="dxa" w:w="4032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GOAL / TARGET SKILL</w:t>
            </w:r>
          </w:p>
        </w:tc>
        <w:tc>
          <w:tcPr>
            <w:tcW w:type="dxa" w:w="14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DATE</w:t>
            </w:r>
          </w:p>
        </w:tc>
        <w:tc>
          <w:tcPr>
            <w:tcW w:type="dxa" w:w="216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STAFF</w:t>
            </w:r>
          </w:p>
        </w:tc>
      </w:tr>
      <w:tr>
        <w:tc>
          <w:tcPr>
            <w:tcW w:type="dxa" w:w="2448"/>
          </w:tcPr>
          <w:p/>
        </w:tc>
        <w:tc>
          <w:tcPr>
            <w:tcW w:type="dxa" w:w="4032"/>
          </w:tcPr>
          <w:p/>
        </w:tc>
        <w:tc>
          <w:tcPr>
            <w:tcW w:type="dxa" w:w="1440"/>
          </w:tcPr>
          <w:p/>
        </w:tc>
        <w:tc>
          <w:tcPr>
            <w:tcW w:type="dxa" w:w="2160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14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DATE / TIME</w:t>
            </w:r>
          </w:p>
        </w:tc>
        <w:tc>
          <w:tcPr>
            <w:tcW w:type="dxa" w:w="288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ANTECEDENT</w:t>
            </w:r>
          </w:p>
        </w:tc>
        <w:tc>
          <w:tcPr>
            <w:tcW w:type="dxa" w:w="288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BEHAVIOR</w:t>
            </w:r>
          </w:p>
        </w:tc>
        <w:tc>
          <w:tcPr>
            <w:tcW w:type="dxa" w:w="288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CONSEQUENCE</w:t>
            </w:r>
          </w:p>
        </w:tc>
      </w:tr>
      <w:tr>
        <w:tc>
          <w:tcPr>
            <w:tcW w:type="dxa" w:w="144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p/>
    <w:p>
      <w:r>
        <w:br w:type="page"/>
      </w:r>
    </w:p>
    <w:p>
      <w:r>
        <w:rPr>
          <w:b/>
          <w:color w:val="6C63FF"/>
          <w:sz w:val="24"/>
        </w:rPr>
        <w:t>Interval Recording</w:t>
      </w:r>
    </w:p>
    <w:p>
      <w:r>
        <w:rPr>
          <w:color w:val="6B7280"/>
          <w:sz w:val="17"/>
        </w:rPr>
        <w:t>Interval length: ______ minutes · Behavior: ______________________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448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STUDENT</w:t>
            </w:r>
          </w:p>
        </w:tc>
        <w:tc>
          <w:tcPr>
            <w:tcW w:type="dxa" w:w="4032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GOAL / TARGET SKILL</w:t>
            </w:r>
          </w:p>
        </w:tc>
        <w:tc>
          <w:tcPr>
            <w:tcW w:type="dxa" w:w="14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DATE</w:t>
            </w:r>
          </w:p>
        </w:tc>
        <w:tc>
          <w:tcPr>
            <w:tcW w:type="dxa" w:w="216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STAFF</w:t>
            </w:r>
          </w:p>
        </w:tc>
      </w:tr>
      <w:tr>
        <w:tc>
          <w:tcPr>
            <w:tcW w:type="dxa" w:w="2448"/>
          </w:tcPr>
          <w:p/>
        </w:tc>
        <w:tc>
          <w:tcPr>
            <w:tcW w:type="dxa" w:w="4032"/>
          </w:tcPr>
          <w:p/>
        </w:tc>
        <w:tc>
          <w:tcPr>
            <w:tcW w:type="dxa" w:w="1440"/>
          </w:tcPr>
          <w:p/>
        </w:tc>
        <w:tc>
          <w:tcPr>
            <w:tcW w:type="dxa" w:w="2160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</w:tblGrid>
      <w:tr>
        <w:tc>
          <w:tcPr>
            <w:tcW w:type="dxa" w:w="1296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INTERVAL</w:t>
            </w:r>
          </w:p>
        </w:tc>
        <w:tc>
          <w:tcPr>
            <w:tcW w:type="dxa" w:w="72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1</w:t>
            </w:r>
          </w:p>
        </w:tc>
        <w:tc>
          <w:tcPr>
            <w:tcW w:type="dxa" w:w="72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2</w:t>
            </w:r>
          </w:p>
        </w:tc>
        <w:tc>
          <w:tcPr>
            <w:tcW w:type="dxa" w:w="72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3</w:t>
            </w:r>
          </w:p>
        </w:tc>
        <w:tc>
          <w:tcPr>
            <w:tcW w:type="dxa" w:w="72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4</w:t>
            </w:r>
          </w:p>
        </w:tc>
        <w:tc>
          <w:tcPr>
            <w:tcW w:type="dxa" w:w="72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5</w:t>
            </w:r>
          </w:p>
        </w:tc>
        <w:tc>
          <w:tcPr>
            <w:tcW w:type="dxa" w:w="72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6</w:t>
            </w:r>
          </w:p>
        </w:tc>
        <w:tc>
          <w:tcPr>
            <w:tcW w:type="dxa" w:w="72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7</w:t>
            </w:r>
          </w:p>
        </w:tc>
        <w:tc>
          <w:tcPr>
            <w:tcW w:type="dxa" w:w="72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8</w:t>
            </w:r>
          </w:p>
        </w:tc>
        <w:tc>
          <w:tcPr>
            <w:tcW w:type="dxa" w:w="72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9</w:t>
            </w:r>
          </w:p>
        </w:tc>
        <w:tc>
          <w:tcPr>
            <w:tcW w:type="dxa" w:w="72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10</w:t>
            </w:r>
          </w:p>
        </w:tc>
        <w:tc>
          <w:tcPr>
            <w:tcW w:type="dxa" w:w="72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11</w:t>
            </w:r>
          </w:p>
        </w:tc>
        <w:tc>
          <w:tcPr>
            <w:tcW w:type="dxa" w:w="72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12</w:t>
            </w:r>
          </w:p>
        </w:tc>
      </w:tr>
      <w:tr>
        <w:tc>
          <w:tcPr>
            <w:tcW w:type="dxa" w:w="1296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</w:tr>
    </w:tbl>
    <w:p/>
    <w:p>
      <w:r>
        <w:br w:type="page"/>
      </w:r>
    </w:p>
    <w:p>
      <w:r>
        <w:rPr>
          <w:b/>
          <w:color w:val="6C63FF"/>
          <w:sz w:val="24"/>
        </w:rPr>
        <w:t>Frequency / Tally</w:t>
      </w:r>
    </w:p>
    <w:p>
      <w:r>
        <w:rPr>
          <w:color w:val="6B7280"/>
          <w:sz w:val="17"/>
        </w:rPr>
        <w:t>Always record the observation window, not just the count.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448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STUDENT</w:t>
            </w:r>
          </w:p>
        </w:tc>
        <w:tc>
          <w:tcPr>
            <w:tcW w:type="dxa" w:w="4032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GOAL / TARGET SKILL</w:t>
            </w:r>
          </w:p>
        </w:tc>
        <w:tc>
          <w:tcPr>
            <w:tcW w:type="dxa" w:w="14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DATE</w:t>
            </w:r>
          </w:p>
        </w:tc>
        <w:tc>
          <w:tcPr>
            <w:tcW w:type="dxa" w:w="216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STAFF</w:t>
            </w:r>
          </w:p>
        </w:tc>
      </w:tr>
      <w:tr>
        <w:tc>
          <w:tcPr>
            <w:tcW w:type="dxa" w:w="2448"/>
          </w:tcPr>
          <w:p/>
        </w:tc>
        <w:tc>
          <w:tcPr>
            <w:tcW w:type="dxa" w:w="4032"/>
          </w:tcPr>
          <w:p/>
        </w:tc>
        <w:tc>
          <w:tcPr>
            <w:tcW w:type="dxa" w:w="1440"/>
          </w:tcPr>
          <w:p/>
        </w:tc>
        <w:tc>
          <w:tcPr>
            <w:tcW w:type="dxa" w:w="2160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1296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DATE</w:t>
            </w:r>
          </w:p>
        </w:tc>
        <w:tc>
          <w:tcPr>
            <w:tcW w:type="dxa" w:w="2736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WINDOW (start–end)</w:t>
            </w:r>
          </w:p>
        </w:tc>
        <w:tc>
          <w:tcPr>
            <w:tcW w:type="dxa" w:w="3168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TALLY</w:t>
            </w:r>
          </w:p>
        </w:tc>
        <w:tc>
          <w:tcPr>
            <w:tcW w:type="dxa" w:w="1152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TOTAL</w:t>
            </w:r>
          </w:p>
        </w:tc>
        <w:tc>
          <w:tcPr>
            <w:tcW w:type="dxa" w:w="1728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RATE / HOUR</w:t>
            </w:r>
          </w:p>
        </w:tc>
      </w:tr>
      <w:tr>
        <w:tc>
          <w:tcPr>
            <w:tcW w:type="dxa" w:w="1296"/>
          </w:tcPr>
          <w:p/>
        </w:tc>
        <w:tc>
          <w:tcPr>
            <w:tcW w:type="dxa" w:w="2736"/>
          </w:tcPr>
          <w:p/>
        </w:tc>
        <w:tc>
          <w:tcPr>
            <w:tcW w:type="dxa" w:w="3168"/>
          </w:tcPr>
          <w:p/>
        </w:tc>
        <w:tc>
          <w:tcPr>
            <w:tcW w:type="dxa" w:w="1152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2736"/>
          </w:tcPr>
          <w:p/>
        </w:tc>
        <w:tc>
          <w:tcPr>
            <w:tcW w:type="dxa" w:w="3168"/>
          </w:tcPr>
          <w:p/>
        </w:tc>
        <w:tc>
          <w:tcPr>
            <w:tcW w:type="dxa" w:w="1152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2736"/>
          </w:tcPr>
          <w:p/>
        </w:tc>
        <w:tc>
          <w:tcPr>
            <w:tcW w:type="dxa" w:w="3168"/>
          </w:tcPr>
          <w:p/>
        </w:tc>
        <w:tc>
          <w:tcPr>
            <w:tcW w:type="dxa" w:w="1152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2736"/>
          </w:tcPr>
          <w:p/>
        </w:tc>
        <w:tc>
          <w:tcPr>
            <w:tcW w:type="dxa" w:w="3168"/>
          </w:tcPr>
          <w:p/>
        </w:tc>
        <w:tc>
          <w:tcPr>
            <w:tcW w:type="dxa" w:w="1152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2736"/>
          </w:tcPr>
          <w:p/>
        </w:tc>
        <w:tc>
          <w:tcPr>
            <w:tcW w:type="dxa" w:w="3168"/>
          </w:tcPr>
          <w:p/>
        </w:tc>
        <w:tc>
          <w:tcPr>
            <w:tcW w:type="dxa" w:w="1152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2736"/>
          </w:tcPr>
          <w:p/>
        </w:tc>
        <w:tc>
          <w:tcPr>
            <w:tcW w:type="dxa" w:w="3168"/>
          </w:tcPr>
          <w:p/>
        </w:tc>
        <w:tc>
          <w:tcPr>
            <w:tcW w:type="dxa" w:w="1152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2736"/>
          </w:tcPr>
          <w:p/>
        </w:tc>
        <w:tc>
          <w:tcPr>
            <w:tcW w:type="dxa" w:w="3168"/>
          </w:tcPr>
          <w:p/>
        </w:tc>
        <w:tc>
          <w:tcPr>
            <w:tcW w:type="dxa" w:w="1152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2736"/>
          </w:tcPr>
          <w:p/>
        </w:tc>
        <w:tc>
          <w:tcPr>
            <w:tcW w:type="dxa" w:w="3168"/>
          </w:tcPr>
          <w:p/>
        </w:tc>
        <w:tc>
          <w:tcPr>
            <w:tcW w:type="dxa" w:w="1152"/>
          </w:tcPr>
          <w:p/>
        </w:tc>
        <w:tc>
          <w:tcPr>
            <w:tcW w:type="dxa" w:w="1728"/>
          </w:tcPr>
          <w:p/>
        </w:tc>
      </w:tr>
    </w:tbl>
    <w:p/>
    <w:p>
      <w:r>
        <w:br w:type="page"/>
      </w:r>
    </w:p>
    <w:p>
      <w:r>
        <w:rPr>
          <w:b/>
          <w:color w:val="6C63FF"/>
          <w:sz w:val="24"/>
        </w:rPr>
        <w:t>Duration</w:t>
      </w:r>
    </w:p>
    <w:p>
      <w:r>
        <w:rPr>
          <w:color w:val="6B7280"/>
          <w:sz w:val="17"/>
        </w:rPr>
        <w:t>Record start and stop for each occurrence.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448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STUDENT</w:t>
            </w:r>
          </w:p>
        </w:tc>
        <w:tc>
          <w:tcPr>
            <w:tcW w:type="dxa" w:w="4032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GOAL / TARGET SKILL</w:t>
            </w:r>
          </w:p>
        </w:tc>
        <w:tc>
          <w:tcPr>
            <w:tcW w:type="dxa" w:w="14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DATE</w:t>
            </w:r>
          </w:p>
        </w:tc>
        <w:tc>
          <w:tcPr>
            <w:tcW w:type="dxa" w:w="216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STAFF</w:t>
            </w:r>
          </w:p>
        </w:tc>
      </w:tr>
      <w:tr>
        <w:tc>
          <w:tcPr>
            <w:tcW w:type="dxa" w:w="2448"/>
          </w:tcPr>
          <w:p/>
        </w:tc>
        <w:tc>
          <w:tcPr>
            <w:tcW w:type="dxa" w:w="4032"/>
          </w:tcPr>
          <w:p/>
        </w:tc>
        <w:tc>
          <w:tcPr>
            <w:tcW w:type="dxa" w:w="1440"/>
          </w:tcPr>
          <w:p/>
        </w:tc>
        <w:tc>
          <w:tcPr>
            <w:tcW w:type="dxa" w:w="2160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1296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DATE</w:t>
            </w:r>
          </w:p>
        </w:tc>
        <w:tc>
          <w:tcPr>
            <w:tcW w:type="dxa" w:w="1296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START</w:t>
            </w:r>
          </w:p>
        </w:tc>
        <w:tc>
          <w:tcPr>
            <w:tcW w:type="dxa" w:w="1296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STOP</w:t>
            </w:r>
          </w:p>
        </w:tc>
        <w:tc>
          <w:tcPr>
            <w:tcW w:type="dxa" w:w="14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DURATION</w:t>
            </w:r>
          </w:p>
        </w:tc>
        <w:tc>
          <w:tcPr>
            <w:tcW w:type="dxa" w:w="4752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WHAT HAPPENED BEFORE</w:t>
            </w:r>
          </w:p>
        </w:tc>
      </w:tr>
      <w:tr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440"/>
          </w:tcPr>
          <w:p/>
        </w:tc>
        <w:tc>
          <w:tcPr>
            <w:tcW w:type="dxa" w:w="4752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440"/>
          </w:tcPr>
          <w:p/>
        </w:tc>
        <w:tc>
          <w:tcPr>
            <w:tcW w:type="dxa" w:w="4752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440"/>
          </w:tcPr>
          <w:p/>
        </w:tc>
        <w:tc>
          <w:tcPr>
            <w:tcW w:type="dxa" w:w="4752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440"/>
          </w:tcPr>
          <w:p/>
        </w:tc>
        <w:tc>
          <w:tcPr>
            <w:tcW w:type="dxa" w:w="4752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440"/>
          </w:tcPr>
          <w:p/>
        </w:tc>
        <w:tc>
          <w:tcPr>
            <w:tcW w:type="dxa" w:w="4752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440"/>
          </w:tcPr>
          <w:p/>
        </w:tc>
        <w:tc>
          <w:tcPr>
            <w:tcW w:type="dxa" w:w="4752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440"/>
          </w:tcPr>
          <w:p/>
        </w:tc>
        <w:tc>
          <w:tcPr>
            <w:tcW w:type="dxa" w:w="4752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1440"/>
          </w:tcPr>
          <w:p/>
        </w:tc>
        <w:tc>
          <w:tcPr>
            <w:tcW w:type="dxa" w:w="4752"/>
          </w:tcPr>
          <w:p/>
        </w:tc>
      </w:tr>
    </w:tbl>
    <w:p/>
    <w:p>
      <w:r>
        <w:br w:type="page"/>
      </w:r>
    </w:p>
    <w:p>
      <w:r>
        <w:rPr>
          <w:b/>
          <w:color w:val="6C63FF"/>
          <w:sz w:val="24"/>
        </w:rPr>
        <w:t>Prompt Level</w:t>
      </w:r>
    </w:p>
    <w:p>
      <w:r>
        <w:rPr>
          <w:color w:val="6B7280"/>
          <w:sz w:val="17"/>
        </w:rPr>
        <w:t>FP full physical · PP partial physical · G gestural · V verbal · I independent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448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STUDENT</w:t>
            </w:r>
          </w:p>
        </w:tc>
        <w:tc>
          <w:tcPr>
            <w:tcW w:type="dxa" w:w="4032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GOAL / TARGET SKILL</w:t>
            </w:r>
          </w:p>
        </w:tc>
        <w:tc>
          <w:tcPr>
            <w:tcW w:type="dxa" w:w="14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DATE</w:t>
            </w:r>
          </w:p>
        </w:tc>
        <w:tc>
          <w:tcPr>
            <w:tcW w:type="dxa" w:w="216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STAFF</w:t>
            </w:r>
          </w:p>
        </w:tc>
      </w:tr>
      <w:tr>
        <w:tc>
          <w:tcPr>
            <w:tcW w:type="dxa" w:w="2448"/>
          </w:tcPr>
          <w:p/>
        </w:tc>
        <w:tc>
          <w:tcPr>
            <w:tcW w:type="dxa" w:w="4032"/>
          </w:tcPr>
          <w:p/>
        </w:tc>
        <w:tc>
          <w:tcPr>
            <w:tcW w:type="dxa" w:w="1440"/>
          </w:tcPr>
          <w:p/>
        </w:tc>
        <w:tc>
          <w:tcPr>
            <w:tcW w:type="dxa" w:w="2160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61"/>
        <w:gridCol w:w="1461"/>
        <w:gridCol w:w="1461"/>
        <w:gridCol w:w="1461"/>
        <w:gridCol w:w="1461"/>
        <w:gridCol w:w="1461"/>
        <w:gridCol w:w="1461"/>
      </w:tblGrid>
      <w:tr>
        <w:tc>
          <w:tcPr>
            <w:tcW w:type="dxa" w:w="1296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DATE</w:t>
            </w:r>
          </w:p>
        </w:tc>
        <w:tc>
          <w:tcPr>
            <w:tcW w:type="dxa" w:w="72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FP</w:t>
            </w:r>
          </w:p>
        </w:tc>
        <w:tc>
          <w:tcPr>
            <w:tcW w:type="dxa" w:w="72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PP</w:t>
            </w:r>
          </w:p>
        </w:tc>
        <w:tc>
          <w:tcPr>
            <w:tcW w:type="dxa" w:w="72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G</w:t>
            </w:r>
          </w:p>
        </w:tc>
        <w:tc>
          <w:tcPr>
            <w:tcW w:type="dxa" w:w="72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V</w:t>
            </w:r>
          </w:p>
        </w:tc>
        <w:tc>
          <w:tcPr>
            <w:tcW w:type="dxa" w:w="72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I</w:t>
            </w:r>
          </w:p>
        </w:tc>
        <w:tc>
          <w:tcPr>
            <w:tcW w:type="dxa" w:w="5184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NOTES</w:t>
            </w:r>
          </w:p>
        </w:tc>
      </w:tr>
      <w:tr>
        <w:tc>
          <w:tcPr>
            <w:tcW w:type="dxa" w:w="1296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5184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5184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5184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5184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5184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5184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5184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5184"/>
          </w:tcPr>
          <w:p/>
        </w:tc>
      </w:tr>
    </w:tbl>
    <w:p/>
    <w:p>
      <w:r>
        <w:br w:type="page"/>
      </w:r>
    </w:p>
    <w:p>
      <w:r>
        <w:rPr>
          <w:b/>
          <w:color w:val="6C63FF"/>
          <w:sz w:val="24"/>
        </w:rPr>
        <w:t>Task Analysis</w:t>
      </w:r>
    </w:p>
    <w:p>
      <w:r>
        <w:rPr>
          <w:color w:val="6B7280"/>
          <w:sz w:val="17"/>
        </w:rPr>
        <w:t>Write the steps once, then score each step per session (S1–S5).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448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STUDENT</w:t>
            </w:r>
          </w:p>
        </w:tc>
        <w:tc>
          <w:tcPr>
            <w:tcW w:type="dxa" w:w="4032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GOAL / TARGET SKILL</w:t>
            </w:r>
          </w:p>
        </w:tc>
        <w:tc>
          <w:tcPr>
            <w:tcW w:type="dxa" w:w="14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DATE</w:t>
            </w:r>
          </w:p>
        </w:tc>
        <w:tc>
          <w:tcPr>
            <w:tcW w:type="dxa" w:w="216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STAFF</w:t>
            </w:r>
          </w:p>
        </w:tc>
      </w:tr>
      <w:tr>
        <w:tc>
          <w:tcPr>
            <w:tcW w:type="dxa" w:w="2448"/>
          </w:tcPr>
          <w:p/>
        </w:tc>
        <w:tc>
          <w:tcPr>
            <w:tcW w:type="dxa" w:w="4032"/>
          </w:tcPr>
          <w:p/>
        </w:tc>
        <w:tc>
          <w:tcPr>
            <w:tcW w:type="dxa" w:w="1440"/>
          </w:tcPr>
          <w:p/>
        </w:tc>
        <w:tc>
          <w:tcPr>
            <w:tcW w:type="dxa" w:w="2160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61"/>
        <w:gridCol w:w="1461"/>
        <w:gridCol w:w="1461"/>
        <w:gridCol w:w="1461"/>
        <w:gridCol w:w="1461"/>
        <w:gridCol w:w="1461"/>
        <w:gridCol w:w="1461"/>
      </w:tblGrid>
      <w:tr>
        <w:tc>
          <w:tcPr>
            <w:tcW w:type="dxa" w:w="72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STEP</w:t>
            </w:r>
          </w:p>
        </w:tc>
        <w:tc>
          <w:tcPr>
            <w:tcW w:type="dxa" w:w="50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TASK STEP</w:t>
            </w:r>
          </w:p>
        </w:tc>
        <w:tc>
          <w:tcPr>
            <w:tcW w:type="dxa" w:w="864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S1</w:t>
            </w:r>
          </w:p>
        </w:tc>
        <w:tc>
          <w:tcPr>
            <w:tcW w:type="dxa" w:w="864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S2</w:t>
            </w:r>
          </w:p>
        </w:tc>
        <w:tc>
          <w:tcPr>
            <w:tcW w:type="dxa" w:w="864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S3</w:t>
            </w:r>
          </w:p>
        </w:tc>
        <w:tc>
          <w:tcPr>
            <w:tcW w:type="dxa" w:w="864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S4</w:t>
            </w:r>
          </w:p>
        </w:tc>
        <w:tc>
          <w:tcPr>
            <w:tcW w:type="dxa" w:w="864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S5</w:t>
            </w:r>
          </w:p>
        </w:tc>
      </w:tr>
      <w:tr>
        <w:tc>
          <w:tcPr>
            <w:tcW w:type="dxa" w:w="720"/>
          </w:tcPr>
          <w:p>
            <w:r>
              <w:t>1</w:t>
            </w:r>
          </w:p>
        </w:tc>
        <w:tc>
          <w:tcPr>
            <w:tcW w:type="dxa" w:w="5040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  <w:tr>
        <w:tc>
          <w:tcPr>
            <w:tcW w:type="dxa" w:w="720"/>
          </w:tcPr>
          <w:p>
            <w:r>
              <w:t>2</w:t>
            </w:r>
          </w:p>
        </w:tc>
        <w:tc>
          <w:tcPr>
            <w:tcW w:type="dxa" w:w="5040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  <w:tr>
        <w:tc>
          <w:tcPr>
            <w:tcW w:type="dxa" w:w="720"/>
          </w:tcPr>
          <w:p>
            <w:r>
              <w:t>3</w:t>
            </w:r>
          </w:p>
        </w:tc>
        <w:tc>
          <w:tcPr>
            <w:tcW w:type="dxa" w:w="5040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  <w:tr>
        <w:tc>
          <w:tcPr>
            <w:tcW w:type="dxa" w:w="720"/>
          </w:tcPr>
          <w:p>
            <w:r>
              <w:t>4</w:t>
            </w:r>
          </w:p>
        </w:tc>
        <w:tc>
          <w:tcPr>
            <w:tcW w:type="dxa" w:w="5040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  <w:tr>
        <w:tc>
          <w:tcPr>
            <w:tcW w:type="dxa" w:w="720"/>
          </w:tcPr>
          <w:p>
            <w:r>
              <w:t>5</w:t>
            </w:r>
          </w:p>
        </w:tc>
        <w:tc>
          <w:tcPr>
            <w:tcW w:type="dxa" w:w="5040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  <w:tr>
        <w:tc>
          <w:tcPr>
            <w:tcW w:type="dxa" w:w="720"/>
          </w:tcPr>
          <w:p>
            <w:r>
              <w:t>6</w:t>
            </w:r>
          </w:p>
        </w:tc>
        <w:tc>
          <w:tcPr>
            <w:tcW w:type="dxa" w:w="5040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  <w:tr>
        <w:tc>
          <w:tcPr>
            <w:tcW w:type="dxa" w:w="720"/>
          </w:tcPr>
          <w:p>
            <w:r>
              <w:t>7</w:t>
            </w:r>
          </w:p>
        </w:tc>
        <w:tc>
          <w:tcPr>
            <w:tcW w:type="dxa" w:w="5040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  <w:tr>
        <w:tc>
          <w:tcPr>
            <w:tcW w:type="dxa" w:w="720"/>
          </w:tcPr>
          <w:p>
            <w:r>
              <w:t>8</w:t>
            </w:r>
          </w:p>
        </w:tc>
        <w:tc>
          <w:tcPr>
            <w:tcW w:type="dxa" w:w="5040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  <w:tr>
        <w:tc>
          <w:tcPr>
            <w:tcW w:type="dxa" w:w="720"/>
          </w:tcPr>
          <w:p>
            <w:r>
              <w:t>9</w:t>
            </w:r>
          </w:p>
        </w:tc>
        <w:tc>
          <w:tcPr>
            <w:tcW w:type="dxa" w:w="5040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  <w:tr>
        <w:tc>
          <w:tcPr>
            <w:tcW w:type="dxa" w:w="720"/>
          </w:tcPr>
          <w:p>
            <w:r>
              <w:t>10</w:t>
            </w:r>
          </w:p>
        </w:tc>
        <w:tc>
          <w:tcPr>
            <w:tcW w:type="dxa" w:w="5040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</w:tbl>
    <w:p/>
    <w:p>
      <w:r>
        <w:br w:type="page"/>
      </w:r>
    </w:p>
    <w:p>
      <w:r>
        <w:rPr>
          <w:b/>
          <w:color w:val="6C63FF"/>
          <w:sz w:val="24"/>
        </w:rPr>
        <w:t>Fluency / Rate</w:t>
      </w:r>
    </w:p>
    <w:p>
      <w:r>
        <w:rPr>
          <w:color w:val="6B7280"/>
          <w:sz w:val="17"/>
        </w:rPr>
        <w:t>Track accuracy alongside rate.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448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STUDENT</w:t>
            </w:r>
          </w:p>
        </w:tc>
        <w:tc>
          <w:tcPr>
            <w:tcW w:type="dxa" w:w="4032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GOAL / TARGET SKILL</w:t>
            </w:r>
          </w:p>
        </w:tc>
        <w:tc>
          <w:tcPr>
            <w:tcW w:type="dxa" w:w="14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DATE</w:t>
            </w:r>
          </w:p>
        </w:tc>
        <w:tc>
          <w:tcPr>
            <w:tcW w:type="dxa" w:w="216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STAFF</w:t>
            </w:r>
          </w:p>
        </w:tc>
      </w:tr>
      <w:tr>
        <w:tc>
          <w:tcPr>
            <w:tcW w:type="dxa" w:w="2448"/>
          </w:tcPr>
          <w:p/>
        </w:tc>
        <w:tc>
          <w:tcPr>
            <w:tcW w:type="dxa" w:w="4032"/>
          </w:tcPr>
          <w:p/>
        </w:tc>
        <w:tc>
          <w:tcPr>
            <w:tcW w:type="dxa" w:w="1440"/>
          </w:tcPr>
          <w:p/>
        </w:tc>
        <w:tc>
          <w:tcPr>
            <w:tcW w:type="dxa" w:w="2160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4"/>
        <w:gridCol w:w="1704"/>
        <w:gridCol w:w="1704"/>
        <w:gridCol w:w="1704"/>
        <w:gridCol w:w="1704"/>
        <w:gridCol w:w="1704"/>
      </w:tblGrid>
      <w:tr>
        <w:tc>
          <w:tcPr>
            <w:tcW w:type="dxa" w:w="1296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DATE</w:t>
            </w:r>
          </w:p>
        </w:tc>
        <w:tc>
          <w:tcPr>
            <w:tcW w:type="dxa" w:w="3456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PROBE</w:t>
            </w:r>
          </w:p>
        </w:tc>
        <w:tc>
          <w:tcPr>
            <w:tcW w:type="dxa" w:w="1296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CORRECT</w:t>
            </w:r>
          </w:p>
        </w:tc>
        <w:tc>
          <w:tcPr>
            <w:tcW w:type="dxa" w:w="1152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ERRORS</w:t>
            </w:r>
          </w:p>
        </w:tc>
        <w:tc>
          <w:tcPr>
            <w:tcW w:type="dxa" w:w="1152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TIME</w:t>
            </w:r>
          </w:p>
        </w:tc>
        <w:tc>
          <w:tcPr>
            <w:tcW w:type="dxa" w:w="1728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RATE / MIN</w:t>
            </w:r>
          </w:p>
        </w:tc>
      </w:tr>
      <w:tr>
        <w:tc>
          <w:tcPr>
            <w:tcW w:type="dxa" w:w="1296"/>
          </w:tcPr>
          <w:p/>
        </w:tc>
        <w:tc>
          <w:tcPr>
            <w:tcW w:type="dxa" w:w="3456"/>
          </w:tcPr>
          <w:p/>
        </w:tc>
        <w:tc>
          <w:tcPr>
            <w:tcW w:type="dxa" w:w="1296"/>
          </w:tcPr>
          <w:p/>
        </w:tc>
        <w:tc>
          <w:tcPr>
            <w:tcW w:type="dxa" w:w="1152"/>
          </w:tcPr>
          <w:p/>
        </w:tc>
        <w:tc>
          <w:tcPr>
            <w:tcW w:type="dxa" w:w="1152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3456"/>
          </w:tcPr>
          <w:p/>
        </w:tc>
        <w:tc>
          <w:tcPr>
            <w:tcW w:type="dxa" w:w="1296"/>
          </w:tcPr>
          <w:p/>
        </w:tc>
        <w:tc>
          <w:tcPr>
            <w:tcW w:type="dxa" w:w="1152"/>
          </w:tcPr>
          <w:p/>
        </w:tc>
        <w:tc>
          <w:tcPr>
            <w:tcW w:type="dxa" w:w="1152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3456"/>
          </w:tcPr>
          <w:p/>
        </w:tc>
        <w:tc>
          <w:tcPr>
            <w:tcW w:type="dxa" w:w="1296"/>
          </w:tcPr>
          <w:p/>
        </w:tc>
        <w:tc>
          <w:tcPr>
            <w:tcW w:type="dxa" w:w="1152"/>
          </w:tcPr>
          <w:p/>
        </w:tc>
        <w:tc>
          <w:tcPr>
            <w:tcW w:type="dxa" w:w="1152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3456"/>
          </w:tcPr>
          <w:p/>
        </w:tc>
        <w:tc>
          <w:tcPr>
            <w:tcW w:type="dxa" w:w="1296"/>
          </w:tcPr>
          <w:p/>
        </w:tc>
        <w:tc>
          <w:tcPr>
            <w:tcW w:type="dxa" w:w="1152"/>
          </w:tcPr>
          <w:p/>
        </w:tc>
        <w:tc>
          <w:tcPr>
            <w:tcW w:type="dxa" w:w="1152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3456"/>
          </w:tcPr>
          <w:p/>
        </w:tc>
        <w:tc>
          <w:tcPr>
            <w:tcW w:type="dxa" w:w="1296"/>
          </w:tcPr>
          <w:p/>
        </w:tc>
        <w:tc>
          <w:tcPr>
            <w:tcW w:type="dxa" w:w="1152"/>
          </w:tcPr>
          <w:p/>
        </w:tc>
        <w:tc>
          <w:tcPr>
            <w:tcW w:type="dxa" w:w="1152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3456"/>
          </w:tcPr>
          <w:p/>
        </w:tc>
        <w:tc>
          <w:tcPr>
            <w:tcW w:type="dxa" w:w="1296"/>
          </w:tcPr>
          <w:p/>
        </w:tc>
        <w:tc>
          <w:tcPr>
            <w:tcW w:type="dxa" w:w="1152"/>
          </w:tcPr>
          <w:p/>
        </w:tc>
        <w:tc>
          <w:tcPr>
            <w:tcW w:type="dxa" w:w="1152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3456"/>
          </w:tcPr>
          <w:p/>
        </w:tc>
        <w:tc>
          <w:tcPr>
            <w:tcW w:type="dxa" w:w="1296"/>
          </w:tcPr>
          <w:p/>
        </w:tc>
        <w:tc>
          <w:tcPr>
            <w:tcW w:type="dxa" w:w="1152"/>
          </w:tcPr>
          <w:p/>
        </w:tc>
        <w:tc>
          <w:tcPr>
            <w:tcW w:type="dxa" w:w="1152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3456"/>
          </w:tcPr>
          <w:p/>
        </w:tc>
        <w:tc>
          <w:tcPr>
            <w:tcW w:type="dxa" w:w="1296"/>
          </w:tcPr>
          <w:p/>
        </w:tc>
        <w:tc>
          <w:tcPr>
            <w:tcW w:type="dxa" w:w="1152"/>
          </w:tcPr>
          <w:p/>
        </w:tc>
        <w:tc>
          <w:tcPr>
            <w:tcW w:type="dxa" w:w="1152"/>
          </w:tcPr>
          <w:p/>
        </w:tc>
        <w:tc>
          <w:tcPr>
            <w:tcW w:type="dxa" w:w="1728"/>
          </w:tcPr>
          <w:p/>
        </w:tc>
      </w:tr>
    </w:tbl>
    <w:p/>
    <w:p>
      <w:r>
        <w:br w:type="page"/>
      </w:r>
    </w:p>
    <w:p>
      <w:r>
        <w:rPr>
          <w:b/>
          <w:color w:val="6C63FF"/>
          <w:sz w:val="24"/>
        </w:rPr>
        <w:t>Weekly Summary — All Goals</w:t>
      </w:r>
    </w:p>
    <w:p>
      <w:r>
        <w:rPr>
          <w:color w:val="6B7280"/>
          <w:sz w:val="17"/>
        </w:rPr>
        <w:t>Roll the week up so progress notes take minutes.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448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STUDENT</w:t>
            </w:r>
          </w:p>
        </w:tc>
        <w:tc>
          <w:tcPr>
            <w:tcW w:type="dxa" w:w="4032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GOAL / TARGET SKILL</w:t>
            </w:r>
          </w:p>
        </w:tc>
        <w:tc>
          <w:tcPr>
            <w:tcW w:type="dxa" w:w="14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DATE</w:t>
            </w:r>
          </w:p>
        </w:tc>
        <w:tc>
          <w:tcPr>
            <w:tcW w:type="dxa" w:w="216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STAFF</w:t>
            </w:r>
          </w:p>
        </w:tc>
      </w:tr>
      <w:tr>
        <w:tc>
          <w:tcPr>
            <w:tcW w:type="dxa" w:w="2448"/>
          </w:tcPr>
          <w:p/>
        </w:tc>
        <w:tc>
          <w:tcPr>
            <w:tcW w:type="dxa" w:w="4032"/>
          </w:tcPr>
          <w:p/>
        </w:tc>
        <w:tc>
          <w:tcPr>
            <w:tcW w:type="dxa" w:w="1440"/>
          </w:tcPr>
          <w:p/>
        </w:tc>
        <w:tc>
          <w:tcPr>
            <w:tcW w:type="dxa" w:w="2160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78"/>
        <w:gridCol w:w="1278"/>
        <w:gridCol w:w="1278"/>
        <w:gridCol w:w="1278"/>
        <w:gridCol w:w="1278"/>
        <w:gridCol w:w="1278"/>
        <w:gridCol w:w="1278"/>
        <w:gridCol w:w="1278"/>
      </w:tblGrid>
      <w:tr>
        <w:tc>
          <w:tcPr>
            <w:tcW w:type="dxa" w:w="216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GOAL AREA</w:t>
            </w:r>
          </w:p>
        </w:tc>
        <w:tc>
          <w:tcPr>
            <w:tcW w:type="dxa" w:w="576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M</w:t>
            </w:r>
          </w:p>
        </w:tc>
        <w:tc>
          <w:tcPr>
            <w:tcW w:type="dxa" w:w="576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T</w:t>
            </w:r>
          </w:p>
        </w:tc>
        <w:tc>
          <w:tcPr>
            <w:tcW w:type="dxa" w:w="576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W</w:t>
            </w:r>
          </w:p>
        </w:tc>
        <w:tc>
          <w:tcPr>
            <w:tcW w:type="dxa" w:w="576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TH</w:t>
            </w:r>
          </w:p>
        </w:tc>
        <w:tc>
          <w:tcPr>
            <w:tcW w:type="dxa" w:w="576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F</w:t>
            </w:r>
          </w:p>
        </w:tc>
        <w:tc>
          <w:tcPr>
            <w:tcW w:type="dxa" w:w="864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AVG</w:t>
            </w:r>
          </w:p>
        </w:tc>
        <w:tc>
          <w:tcPr>
            <w:tcW w:type="dxa" w:w="4176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NOTES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576"/>
          </w:tcPr>
          <w:p/>
        </w:tc>
        <w:tc>
          <w:tcPr>
            <w:tcW w:type="dxa" w:w="576"/>
          </w:tcPr>
          <w:p/>
        </w:tc>
        <w:tc>
          <w:tcPr>
            <w:tcW w:type="dxa" w:w="576"/>
          </w:tcPr>
          <w:p/>
        </w:tc>
        <w:tc>
          <w:tcPr>
            <w:tcW w:type="dxa" w:w="576"/>
          </w:tcPr>
          <w:p/>
        </w:tc>
        <w:tc>
          <w:tcPr>
            <w:tcW w:type="dxa" w:w="576"/>
          </w:tcPr>
          <w:p/>
        </w:tc>
        <w:tc>
          <w:tcPr>
            <w:tcW w:type="dxa" w:w="864"/>
          </w:tcPr>
          <w:p/>
        </w:tc>
        <w:tc>
          <w:tcPr>
            <w:tcW w:type="dxa" w:w="4176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576"/>
          </w:tcPr>
          <w:p/>
        </w:tc>
        <w:tc>
          <w:tcPr>
            <w:tcW w:type="dxa" w:w="576"/>
          </w:tcPr>
          <w:p/>
        </w:tc>
        <w:tc>
          <w:tcPr>
            <w:tcW w:type="dxa" w:w="576"/>
          </w:tcPr>
          <w:p/>
        </w:tc>
        <w:tc>
          <w:tcPr>
            <w:tcW w:type="dxa" w:w="576"/>
          </w:tcPr>
          <w:p/>
        </w:tc>
        <w:tc>
          <w:tcPr>
            <w:tcW w:type="dxa" w:w="576"/>
          </w:tcPr>
          <w:p/>
        </w:tc>
        <w:tc>
          <w:tcPr>
            <w:tcW w:type="dxa" w:w="864"/>
          </w:tcPr>
          <w:p/>
        </w:tc>
        <w:tc>
          <w:tcPr>
            <w:tcW w:type="dxa" w:w="4176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576"/>
          </w:tcPr>
          <w:p/>
        </w:tc>
        <w:tc>
          <w:tcPr>
            <w:tcW w:type="dxa" w:w="576"/>
          </w:tcPr>
          <w:p/>
        </w:tc>
        <w:tc>
          <w:tcPr>
            <w:tcW w:type="dxa" w:w="576"/>
          </w:tcPr>
          <w:p/>
        </w:tc>
        <w:tc>
          <w:tcPr>
            <w:tcW w:type="dxa" w:w="576"/>
          </w:tcPr>
          <w:p/>
        </w:tc>
        <w:tc>
          <w:tcPr>
            <w:tcW w:type="dxa" w:w="576"/>
          </w:tcPr>
          <w:p/>
        </w:tc>
        <w:tc>
          <w:tcPr>
            <w:tcW w:type="dxa" w:w="864"/>
          </w:tcPr>
          <w:p/>
        </w:tc>
        <w:tc>
          <w:tcPr>
            <w:tcW w:type="dxa" w:w="4176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576"/>
          </w:tcPr>
          <w:p/>
        </w:tc>
        <w:tc>
          <w:tcPr>
            <w:tcW w:type="dxa" w:w="576"/>
          </w:tcPr>
          <w:p/>
        </w:tc>
        <w:tc>
          <w:tcPr>
            <w:tcW w:type="dxa" w:w="576"/>
          </w:tcPr>
          <w:p/>
        </w:tc>
        <w:tc>
          <w:tcPr>
            <w:tcW w:type="dxa" w:w="576"/>
          </w:tcPr>
          <w:p/>
        </w:tc>
        <w:tc>
          <w:tcPr>
            <w:tcW w:type="dxa" w:w="576"/>
          </w:tcPr>
          <w:p/>
        </w:tc>
        <w:tc>
          <w:tcPr>
            <w:tcW w:type="dxa" w:w="864"/>
          </w:tcPr>
          <w:p/>
        </w:tc>
        <w:tc>
          <w:tcPr>
            <w:tcW w:type="dxa" w:w="4176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576"/>
          </w:tcPr>
          <w:p/>
        </w:tc>
        <w:tc>
          <w:tcPr>
            <w:tcW w:type="dxa" w:w="576"/>
          </w:tcPr>
          <w:p/>
        </w:tc>
        <w:tc>
          <w:tcPr>
            <w:tcW w:type="dxa" w:w="576"/>
          </w:tcPr>
          <w:p/>
        </w:tc>
        <w:tc>
          <w:tcPr>
            <w:tcW w:type="dxa" w:w="576"/>
          </w:tcPr>
          <w:p/>
        </w:tc>
        <w:tc>
          <w:tcPr>
            <w:tcW w:type="dxa" w:w="576"/>
          </w:tcPr>
          <w:p/>
        </w:tc>
        <w:tc>
          <w:tcPr>
            <w:tcW w:type="dxa" w:w="864"/>
          </w:tcPr>
          <w:p/>
        </w:tc>
        <w:tc>
          <w:tcPr>
            <w:tcW w:type="dxa" w:w="4176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576"/>
          </w:tcPr>
          <w:p/>
        </w:tc>
        <w:tc>
          <w:tcPr>
            <w:tcW w:type="dxa" w:w="576"/>
          </w:tcPr>
          <w:p/>
        </w:tc>
        <w:tc>
          <w:tcPr>
            <w:tcW w:type="dxa" w:w="576"/>
          </w:tcPr>
          <w:p/>
        </w:tc>
        <w:tc>
          <w:tcPr>
            <w:tcW w:type="dxa" w:w="576"/>
          </w:tcPr>
          <w:p/>
        </w:tc>
        <w:tc>
          <w:tcPr>
            <w:tcW w:type="dxa" w:w="576"/>
          </w:tcPr>
          <w:p/>
        </w:tc>
        <w:tc>
          <w:tcPr>
            <w:tcW w:type="dxa" w:w="864"/>
          </w:tcPr>
          <w:p/>
        </w:tc>
        <w:tc>
          <w:tcPr>
            <w:tcW w:type="dxa" w:w="4176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576"/>
          </w:tcPr>
          <w:p/>
        </w:tc>
        <w:tc>
          <w:tcPr>
            <w:tcW w:type="dxa" w:w="576"/>
          </w:tcPr>
          <w:p/>
        </w:tc>
        <w:tc>
          <w:tcPr>
            <w:tcW w:type="dxa" w:w="576"/>
          </w:tcPr>
          <w:p/>
        </w:tc>
        <w:tc>
          <w:tcPr>
            <w:tcW w:type="dxa" w:w="576"/>
          </w:tcPr>
          <w:p/>
        </w:tc>
        <w:tc>
          <w:tcPr>
            <w:tcW w:type="dxa" w:w="576"/>
          </w:tcPr>
          <w:p/>
        </w:tc>
        <w:tc>
          <w:tcPr>
            <w:tcW w:type="dxa" w:w="864"/>
          </w:tcPr>
          <w:p/>
        </w:tc>
        <w:tc>
          <w:tcPr>
            <w:tcW w:type="dxa" w:w="4176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576"/>
          </w:tcPr>
          <w:p/>
        </w:tc>
        <w:tc>
          <w:tcPr>
            <w:tcW w:type="dxa" w:w="576"/>
          </w:tcPr>
          <w:p/>
        </w:tc>
        <w:tc>
          <w:tcPr>
            <w:tcW w:type="dxa" w:w="576"/>
          </w:tcPr>
          <w:p/>
        </w:tc>
        <w:tc>
          <w:tcPr>
            <w:tcW w:type="dxa" w:w="576"/>
          </w:tcPr>
          <w:p/>
        </w:tc>
        <w:tc>
          <w:tcPr>
            <w:tcW w:type="dxa" w:w="576"/>
          </w:tcPr>
          <w:p/>
        </w:tc>
        <w:tc>
          <w:tcPr>
            <w:tcW w:type="dxa" w:w="864"/>
          </w:tcPr>
          <w:p/>
        </w:tc>
        <w:tc>
          <w:tcPr>
            <w:tcW w:type="dxa" w:w="4176"/>
          </w:tcPr>
          <w:p/>
        </w:tc>
      </w:tr>
    </w:tbl>
    <w:p/>
    <w:p>
      <w:pPr>
        <w:jc w:val="center"/>
      </w:pPr>
      <w:r>
        <w:rPr>
          <w:color w:val="6B7280"/>
          <w:sz w:val="15"/>
        </w:rPr>
        <w:t>Editable template · IEP Goal Writer — iepgoalwriter.pro · Licensed for your own classroom and team. Do not resell or redistribute.</w:t>
      </w:r>
    </w:p>
    <w:sectPr w:rsidR="00FC693F" w:rsidRPr="0006063C" w:rsidSect="00034616">
      <w:pgSz w:w="12240" w:h="15840"/>
      <w:pgMar w:top="864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